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783"/>
        <w:gridCol w:w="2211"/>
      </w:tblGrid>
      <w:tr w:rsidR="00AB1081" w14:paraId="6EB39927" w14:textId="77777777">
        <w:trPr>
          <w:jc w:val="center"/>
        </w:trPr>
        <w:tc>
          <w:tcPr>
            <w:tcW w:w="5783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39441C8" w14:textId="77777777" w:rsidR="00AB1081" w:rsidRPr="00232B5B" w:rsidRDefault="00000000">
            <w:pPr>
              <w:spacing w:after="0"/>
              <w:rPr>
                <w:b/>
                <w:bCs/>
              </w:rPr>
            </w:pPr>
            <w:r w:rsidRPr="00232B5B">
              <w:rPr>
                <w:b/>
                <w:bCs/>
                <w:color w:val="000000"/>
                <w:sz w:val="24"/>
              </w:rPr>
              <w:t>2026</w:t>
            </w:r>
          </w:p>
          <w:p w14:paraId="49AC9004" w14:textId="77777777" w:rsidR="00AB1081" w:rsidRDefault="00000000">
            <w:pPr>
              <w:spacing w:after="0" w:line="204" w:lineRule="auto"/>
            </w:pPr>
            <w:r>
              <w:rPr>
                <w:rFonts w:ascii="Arial Narrow" w:eastAsia="Arial Narrow" w:hAnsi="Arial Narrow"/>
                <w:b/>
                <w:color w:val="000000"/>
                <w:sz w:val="58"/>
              </w:rPr>
              <w:t>MEMBERSHIP FORM</w:t>
            </w:r>
          </w:p>
          <w:p w14:paraId="7C1DB4AE" w14:textId="77777777" w:rsidR="00AB1081" w:rsidRDefault="00000000">
            <w:pPr>
              <w:spacing w:after="0" w:line="204" w:lineRule="auto"/>
            </w:pPr>
            <w:r>
              <w:rPr>
                <w:rFonts w:ascii="Arial Narrow" w:eastAsia="Arial Narrow" w:hAnsi="Arial Narrow"/>
                <w:b/>
                <w:color w:val="555555"/>
                <w:sz w:val="58"/>
              </w:rPr>
              <w:t>LIDMAATSKAPVORM</w:t>
            </w:r>
          </w:p>
        </w:tc>
        <w:tc>
          <w:tcPr>
            <w:tcW w:w="2211" w:type="dxa"/>
            <w:tcMar>
              <w:top w:w="17" w:type="dxa"/>
              <w:left w:w="45" w:type="dxa"/>
              <w:bottom w:w="17" w:type="dxa"/>
              <w:right w:w="45" w:type="dxa"/>
            </w:tcMar>
          </w:tcPr>
          <w:p w14:paraId="1AA95F24" w14:textId="3C064271" w:rsidR="00AB1081" w:rsidRDefault="00232B5B">
            <w:pPr>
              <w:jc w:val="right"/>
            </w:pPr>
            <w:r w:rsidRPr="0015417D">
              <w:rPr>
                <w:noProof/>
              </w:rPr>
              <w:drawing>
                <wp:inline distT="0" distB="0" distL="0" distR="0" wp14:anchorId="572FAC1C" wp14:editId="1C325C12">
                  <wp:extent cx="864691" cy="1028700"/>
                  <wp:effectExtent l="0" t="0" r="0" b="0"/>
                  <wp:docPr id="17041752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17523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931" cy="1109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076C65" w14:textId="77777777" w:rsidR="00AB1081" w:rsidRDefault="00000000">
      <w:pPr>
        <w:spacing w:before="160" w:after="80"/>
      </w:pPr>
      <w:r>
        <w:rPr>
          <w:b/>
          <w:color w:val="000000"/>
          <w:sz w:val="22"/>
        </w:rPr>
        <w:t>Farming Enterprises  |  Boerdery Besighede</w:t>
      </w:r>
    </w:p>
    <w:p w14:paraId="66D648DD" w14:textId="77777777" w:rsidR="00AB1081" w:rsidRDefault="00000000">
      <w:pPr>
        <w:spacing w:after="100" w:line="204" w:lineRule="auto"/>
      </w:pPr>
      <w:r>
        <w:rPr>
          <w:b/>
          <w:color w:val="B51620"/>
          <w:sz w:val="15"/>
        </w:rPr>
        <w:t>MEMBERSHIP FEES MUST BE PAID DIRECTLY TO AGRICULTURE GAUTENG</w:t>
      </w:r>
      <w:r>
        <w:rPr>
          <w:b/>
          <w:color w:val="B51620"/>
          <w:sz w:val="15"/>
        </w:rPr>
        <w:br/>
        <w:t>LEDEGELD MOET DIREK AAN AGRICULTURE GAUTENG BETAAL WORD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539"/>
        <w:gridCol w:w="169"/>
        <w:gridCol w:w="3203"/>
        <w:gridCol w:w="625"/>
      </w:tblGrid>
      <w:tr w:rsidR="00AB1081" w:rsidRPr="00232B5B" w14:paraId="69E14C59" w14:textId="77777777">
        <w:trPr>
          <w:jc w:val="center"/>
        </w:trPr>
        <w:tc>
          <w:tcPr>
            <w:tcW w:w="3997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</w:tcPr>
          <w:p w14:paraId="45B62EF6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Please complete the sections relevant to yourself</w:t>
            </w:r>
            <w:r w:rsidRPr="00232B5B">
              <w:rPr>
                <w:rFonts w:cs="Arial"/>
                <w:sz w:val="22"/>
              </w:rPr>
              <w:br/>
            </w:r>
            <w:r w:rsidRPr="00232B5B">
              <w:rPr>
                <w:rFonts w:cs="Arial"/>
                <w:b/>
                <w:color w:val="000000"/>
                <w:sz w:val="22"/>
              </w:rPr>
              <w:t>New Member - Complete sections 1, 2 &amp; 3</w:t>
            </w:r>
          </w:p>
        </w:tc>
        <w:tc>
          <w:tcPr>
            <w:tcW w:w="3997" w:type="dxa"/>
            <w:gridSpan w:val="3"/>
            <w:tcMar>
              <w:top w:w="17" w:type="dxa"/>
              <w:left w:w="45" w:type="dxa"/>
              <w:bottom w:w="17" w:type="dxa"/>
              <w:right w:w="45" w:type="dxa"/>
            </w:tcMar>
          </w:tcPr>
          <w:p w14:paraId="793463B0" w14:textId="77777777" w:rsidR="00AB1081" w:rsidRPr="00232B5B" w:rsidRDefault="00000000">
            <w:pPr>
              <w:spacing w:after="0" w:line="216" w:lineRule="auto"/>
              <w:jc w:val="right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Voltooi slegs dié afdeling wat op u betrekking het</w:t>
            </w:r>
            <w:r w:rsidRPr="00232B5B">
              <w:rPr>
                <w:rFonts w:cs="Arial"/>
                <w:sz w:val="22"/>
              </w:rPr>
              <w:br/>
            </w:r>
            <w:r w:rsidRPr="00232B5B">
              <w:rPr>
                <w:rFonts w:cs="Arial"/>
                <w:b/>
                <w:color w:val="000000"/>
                <w:sz w:val="22"/>
              </w:rPr>
              <w:t>Nuwe lid - Voltooi afdelings 1, 2 &amp; 3</w:t>
            </w:r>
          </w:p>
        </w:tc>
      </w:tr>
      <w:tr w:rsidR="00AB1081" w:rsidRPr="00232B5B" w14:paraId="09AD5C00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312"/>
          <w:jc w:val="center"/>
        </w:trPr>
        <w:tc>
          <w:tcPr>
            <w:tcW w:w="4166" w:type="dxa"/>
            <w:gridSpan w:val="3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33AE474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FFFFFF"/>
                <w:sz w:val="22"/>
              </w:rPr>
              <w:t>Section 1 - MEMBERSHIP</w:t>
            </w:r>
          </w:p>
        </w:tc>
        <w:tc>
          <w:tcPr>
            <w:tcW w:w="3826" w:type="dxa"/>
            <w:gridSpan w:val="2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55ADBC2" w14:textId="77777777" w:rsidR="00AB1081" w:rsidRPr="00232B5B" w:rsidRDefault="00000000">
            <w:pPr>
              <w:spacing w:after="0" w:line="216" w:lineRule="auto"/>
              <w:jc w:val="right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FFFFFF"/>
                <w:sz w:val="22"/>
              </w:rPr>
              <w:t>Afdeling 1 - LIDMAATSKAP</w:t>
            </w:r>
          </w:p>
        </w:tc>
      </w:tr>
      <w:tr w:rsidR="00AB1081" w:rsidRPr="00232B5B" w14:paraId="73B6BF75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312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AAF3127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Sole Trader / Eenmansaak</w:t>
            </w:r>
          </w:p>
        </w:tc>
        <w:tc>
          <w:tcPr>
            <w:tcW w:w="708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DFD907D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  <w:tc>
          <w:tcPr>
            <w:tcW w:w="3203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39CBB37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Partnership / Vennootskap</w:t>
            </w:r>
          </w:p>
        </w:tc>
        <w:tc>
          <w:tcPr>
            <w:tcW w:w="623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EC70279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06801A00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06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4DBF419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Closed Corporation / 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Beslote</w:t>
            </w:r>
            <w:proofErr w:type="spellEnd"/>
            <w:r w:rsidRPr="00232B5B">
              <w:rPr>
                <w:rFonts w:cs="Arial"/>
                <w:b/>
                <w:color w:val="000000"/>
                <w:sz w:val="22"/>
              </w:rPr>
              <w:t xml:space="preserve"> Korporasie</w:t>
            </w:r>
          </w:p>
        </w:tc>
        <w:tc>
          <w:tcPr>
            <w:tcW w:w="708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5304204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  <w:tc>
          <w:tcPr>
            <w:tcW w:w="3203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761729C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Trust</w:t>
            </w:r>
          </w:p>
        </w:tc>
        <w:tc>
          <w:tcPr>
            <w:tcW w:w="623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076BEBD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0727C5CD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544"/>
          <w:jc w:val="center"/>
        </w:trPr>
        <w:tc>
          <w:tcPr>
            <w:tcW w:w="3458" w:type="dxa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B723475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FFFFFF"/>
                <w:sz w:val="22"/>
              </w:rPr>
              <w:t>Section 2 - PERSONAL INFORMATION</w:t>
            </w:r>
          </w:p>
        </w:tc>
        <w:tc>
          <w:tcPr>
            <w:tcW w:w="4536" w:type="dxa"/>
            <w:gridSpan w:val="4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7537120" w14:textId="77777777" w:rsidR="00AB1081" w:rsidRPr="00232B5B" w:rsidRDefault="00000000">
            <w:pPr>
              <w:spacing w:after="0" w:line="216" w:lineRule="auto"/>
              <w:jc w:val="right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FFFFFF"/>
                <w:sz w:val="22"/>
              </w:rPr>
              <w:t>Afdeling 2 - PERSOONLIKE INLIGTING</w:t>
            </w:r>
          </w:p>
        </w:tc>
      </w:tr>
      <w:tr w:rsidR="00AB1081" w:rsidRPr="00232B5B" w14:paraId="7C5E843C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977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BDBEF8A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i/>
                <w:color w:val="000000"/>
                <w:sz w:val="22"/>
              </w:rPr>
              <w:t xml:space="preserve">Membership Number / </w:t>
            </w:r>
            <w:proofErr w:type="spellStart"/>
            <w:r w:rsidRPr="00232B5B">
              <w:rPr>
                <w:rFonts w:cs="Arial"/>
                <w:b/>
                <w:i/>
                <w:color w:val="000000"/>
                <w:sz w:val="22"/>
              </w:rPr>
              <w:t>Lidnommer</w:t>
            </w:r>
            <w:proofErr w:type="spellEnd"/>
            <w:r w:rsidRPr="00232B5B">
              <w:rPr>
                <w:rFonts w:cs="Arial"/>
                <w:sz w:val="22"/>
              </w:rPr>
              <w:br/>
            </w:r>
            <w:r w:rsidRPr="00232B5B">
              <w:rPr>
                <w:rFonts w:cs="Arial"/>
                <w:b/>
                <w:i/>
                <w:color w:val="000000"/>
                <w:sz w:val="22"/>
              </w:rPr>
              <w:t>(For office use only / Slegs vir kantoorgebruik)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F813F19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3673AD97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86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103F00D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Agriculture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Association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Boerevereniging</w:t>
            </w:r>
            <w:proofErr w:type="spellEnd"/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F1CFF1D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6BF90ACE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351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ED73A39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Surname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Van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1E1514E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179F965E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596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C775101" w14:textId="77777777" w:rsidR="00AB1081" w:rsidRDefault="00000000">
            <w:pPr>
              <w:spacing w:after="0" w:line="216" w:lineRule="auto"/>
              <w:rPr>
                <w:rFonts w:cs="Arial"/>
                <w:b/>
                <w:color w:val="000000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Name (As per ID document)</w:t>
            </w:r>
            <w:r w:rsidRPr="00232B5B">
              <w:rPr>
                <w:rFonts w:cs="Arial"/>
                <w:sz w:val="22"/>
              </w:rPr>
              <w:br/>
            </w:r>
            <w:r w:rsidRPr="00232B5B">
              <w:rPr>
                <w:rFonts w:cs="Arial"/>
                <w:b/>
                <w:color w:val="000000"/>
                <w:sz w:val="22"/>
              </w:rPr>
              <w:t>Naam (Soos per ID dokument)</w:t>
            </w:r>
          </w:p>
          <w:p w14:paraId="4C206936" w14:textId="77777777" w:rsidR="00232B5B" w:rsidRPr="00232B5B" w:rsidRDefault="00232B5B">
            <w:pPr>
              <w:spacing w:after="0" w:line="216" w:lineRule="auto"/>
              <w:rPr>
                <w:rFonts w:cs="Arial"/>
                <w:sz w:val="22"/>
              </w:rPr>
            </w:pP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2711782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0C9C7E63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351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0585A34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ID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Number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ID Nommer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88976BA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558094ED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351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AA95402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Farm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Name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Plaas Naam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D08CBD5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629D6DE9" w14:textId="77777777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992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0DE2D2D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Postal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address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Posadres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677F276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78F8D428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72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C8E63B4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Contact Numbers (landline)</w:t>
            </w:r>
            <w:r w:rsidRPr="00232B5B">
              <w:rPr>
                <w:rFonts w:cs="Arial"/>
                <w:sz w:val="22"/>
              </w:rPr>
              <w:br/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Kontaknommers</w:t>
            </w:r>
            <w:proofErr w:type="spellEnd"/>
            <w:r w:rsidRPr="00232B5B">
              <w:rPr>
                <w:rFonts w:cs="Arial"/>
                <w:b/>
                <w:color w:val="000000"/>
                <w:sz w:val="22"/>
              </w:rPr>
              <w:t xml:space="preserve"> (landlyn)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D93C4FD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494221FB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81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CEFEFD9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>Contact Numbers (Cell)</w:t>
            </w:r>
            <w:r w:rsidRPr="00232B5B">
              <w:rPr>
                <w:rFonts w:cs="Arial"/>
                <w:sz w:val="22"/>
              </w:rPr>
              <w:br/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Kontaknommers</w:t>
            </w:r>
            <w:proofErr w:type="spellEnd"/>
            <w:r w:rsidRPr="00232B5B">
              <w:rPr>
                <w:rFonts w:cs="Arial"/>
                <w:b/>
                <w:color w:val="000000"/>
                <w:sz w:val="22"/>
              </w:rPr>
              <w:t xml:space="preserve"> (Selfoon)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BD158A3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269BD834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550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91E7FF1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Email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Address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Epos Adres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21EE749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055954B0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99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3C1FFF5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i/>
                <w:color w:val="000000"/>
                <w:sz w:val="22"/>
              </w:rPr>
              <w:t>Vat number / BTW nommer</w:t>
            </w:r>
            <w:r w:rsidRPr="00232B5B">
              <w:rPr>
                <w:rFonts w:cs="Arial"/>
                <w:sz w:val="22"/>
              </w:rPr>
              <w:br/>
            </w:r>
            <w:r w:rsidRPr="00232B5B">
              <w:rPr>
                <w:rFonts w:cs="Arial"/>
                <w:b/>
                <w:i/>
                <w:color w:val="000000"/>
                <w:sz w:val="22"/>
              </w:rPr>
              <w:t>If applicable / indien van toepassing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4853545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0DDF860E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540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F129564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Local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Municipality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Plaaslike</w:t>
            </w:r>
            <w:proofErr w:type="spellEnd"/>
            <w:r w:rsidRPr="00232B5B">
              <w:rPr>
                <w:rFonts w:cs="Arial"/>
                <w:b/>
                <w:color w:val="000000"/>
                <w:sz w:val="22"/>
              </w:rPr>
              <w:t xml:space="preserve"> Munisipaliteit</w:t>
            </w:r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6F9F2AD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  <w:tr w:rsidR="00AB1081" w:rsidRPr="00232B5B" w14:paraId="6A06EBA9" w14:textId="77777777" w:rsidTr="00232B5B">
        <w:tblPrEx>
          <w:tblBorders>
            <w:top w:val="single" w:sz="8" w:space="0" w:color="A7A7A7"/>
            <w:left w:val="single" w:sz="8" w:space="0" w:color="A7A7A7"/>
            <w:bottom w:val="single" w:sz="8" w:space="0" w:color="A7A7A7"/>
            <w:right w:val="single" w:sz="8" w:space="0" w:color="A7A7A7"/>
            <w:insideH w:val="single" w:sz="8" w:space="0" w:color="A7A7A7"/>
            <w:insideV w:val="single" w:sz="8" w:space="0" w:color="A7A7A7"/>
          </w:tblBorders>
        </w:tblPrEx>
        <w:trPr>
          <w:trHeight w:hRule="exact" w:val="690"/>
          <w:jc w:val="center"/>
        </w:trPr>
        <w:tc>
          <w:tcPr>
            <w:tcW w:w="3458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3268B32" w14:textId="77777777" w:rsidR="00AB1081" w:rsidRPr="00232B5B" w:rsidRDefault="00000000">
            <w:pPr>
              <w:spacing w:after="0" w:line="216" w:lineRule="auto"/>
              <w:rPr>
                <w:rFonts w:cs="Arial"/>
                <w:sz w:val="22"/>
              </w:rPr>
            </w:pPr>
            <w:r w:rsidRPr="00232B5B">
              <w:rPr>
                <w:rFonts w:cs="Arial"/>
                <w:b/>
                <w:color w:val="000000"/>
                <w:sz w:val="22"/>
              </w:rPr>
              <w:t xml:space="preserve">District </w:t>
            </w:r>
            <w:proofErr w:type="gramStart"/>
            <w:r w:rsidRPr="00232B5B">
              <w:rPr>
                <w:rFonts w:cs="Arial"/>
                <w:b/>
                <w:color w:val="000000"/>
                <w:sz w:val="22"/>
              </w:rPr>
              <w:t>Municipality  /</w:t>
            </w:r>
            <w:proofErr w:type="gramEnd"/>
            <w:r w:rsidRPr="00232B5B">
              <w:rPr>
                <w:rFonts w:cs="Arial"/>
                <w:b/>
                <w:color w:val="000000"/>
                <w:sz w:val="22"/>
              </w:rPr>
              <w:t xml:space="preserve">  </w:t>
            </w:r>
            <w:proofErr w:type="spellStart"/>
            <w:r w:rsidRPr="00232B5B">
              <w:rPr>
                <w:rFonts w:cs="Arial"/>
                <w:b/>
                <w:color w:val="000000"/>
                <w:sz w:val="22"/>
              </w:rPr>
              <w:t>Distriksmunisipaliteit</w:t>
            </w:r>
            <w:proofErr w:type="spellEnd"/>
          </w:p>
        </w:tc>
        <w:tc>
          <w:tcPr>
            <w:tcW w:w="453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8B6DB47" w14:textId="77777777" w:rsidR="00AB1081" w:rsidRPr="00232B5B" w:rsidRDefault="00AB1081">
            <w:pPr>
              <w:spacing w:after="0" w:line="216" w:lineRule="auto"/>
              <w:rPr>
                <w:rFonts w:cs="Arial"/>
                <w:sz w:val="22"/>
              </w:rPr>
            </w:pPr>
          </w:p>
        </w:tc>
      </w:tr>
    </w:tbl>
    <w:p w14:paraId="268BAD6E" w14:textId="77777777" w:rsidR="00AB1081" w:rsidRDefault="00000000" w:rsidP="001C1BC5">
      <w:pPr>
        <w:spacing w:before="1000"/>
      </w:pPr>
      <w:r>
        <w:rPr>
          <w:b/>
          <w:color w:val="FFFFFF"/>
        </w:rPr>
        <w:lastRenderedPageBreak/>
        <w:t>1</w:t>
      </w:r>
    </w:p>
    <w:p w14:paraId="5789122D" w14:textId="77777777" w:rsidR="00AB1081" w:rsidRDefault="00AB1081">
      <w:pPr>
        <w:sectPr w:rsidR="00AB1081">
          <w:pgSz w:w="11906" w:h="16838"/>
          <w:pgMar w:top="1304" w:right="2069" w:bottom="680" w:left="2069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Y="-800"/>
        <w:tblW w:w="8761" w:type="dxa"/>
        <w:tblBorders>
          <w:top w:val="single" w:sz="8" w:space="0" w:color="A7A7A7"/>
          <w:left w:val="single" w:sz="8" w:space="0" w:color="A7A7A7"/>
          <w:bottom w:val="single" w:sz="8" w:space="0" w:color="A7A7A7"/>
          <w:right w:val="single" w:sz="8" w:space="0" w:color="A7A7A7"/>
          <w:insideH w:val="single" w:sz="8" w:space="0" w:color="A7A7A7"/>
          <w:insideV w:val="single" w:sz="8" w:space="0" w:color="A7A7A7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114"/>
        <w:gridCol w:w="2834"/>
        <w:gridCol w:w="851"/>
        <w:gridCol w:w="226"/>
        <w:gridCol w:w="1208"/>
        <w:gridCol w:w="1431"/>
      </w:tblGrid>
      <w:tr w:rsidR="00AB1081" w:rsidRPr="001C1BC5" w14:paraId="36F8A299" w14:textId="77777777" w:rsidTr="001C1BC5">
        <w:trPr>
          <w:trHeight w:hRule="exact" w:val="607"/>
        </w:trPr>
        <w:tc>
          <w:tcPr>
            <w:tcW w:w="8761" w:type="dxa"/>
            <w:gridSpan w:val="7"/>
            <w:shd w:val="clear" w:color="auto" w:fill="D9D9D9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08B318C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lastRenderedPageBreak/>
              <w:t>Complete with the details you need to appear on your invoice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Voltooi asseblief met die besonderhede wat u op die faktuur wil hê</w:t>
            </w:r>
          </w:p>
        </w:tc>
      </w:tr>
      <w:tr w:rsidR="00AB1081" w:rsidRPr="001C1BC5" w14:paraId="7978FE9A" w14:textId="77777777" w:rsidTr="001C1BC5">
        <w:trPr>
          <w:trHeight w:hRule="exact" w:val="544"/>
        </w:trPr>
        <w:tc>
          <w:tcPr>
            <w:tcW w:w="2211" w:type="dxa"/>
            <w:gridSpan w:val="2"/>
            <w:shd w:val="clear" w:color="auto" w:fill="4F4F4F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B82A025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FFFFFF"/>
                <w:sz w:val="20"/>
                <w:szCs w:val="20"/>
              </w:rPr>
              <w:t>COMPULSARY FOR INVOICE</w:t>
            </w:r>
          </w:p>
        </w:tc>
        <w:tc>
          <w:tcPr>
            <w:tcW w:w="6550" w:type="dxa"/>
            <w:gridSpan w:val="5"/>
            <w:shd w:val="clear" w:color="auto" w:fill="4F4F4F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D46A01A" w14:textId="77777777" w:rsidR="00AB1081" w:rsidRPr="001C1BC5" w:rsidRDefault="00000000" w:rsidP="001C1BC5">
            <w:pPr>
              <w:spacing w:after="0" w:line="216" w:lineRule="auto"/>
              <w:jc w:val="right"/>
              <w:rPr>
                <w:sz w:val="20"/>
                <w:szCs w:val="20"/>
              </w:rPr>
            </w:pPr>
            <w:r w:rsidRPr="001C1BC5">
              <w:rPr>
                <w:b/>
                <w:color w:val="FFFFFF"/>
                <w:sz w:val="20"/>
                <w:szCs w:val="20"/>
              </w:rPr>
              <w:t>VERPLIGTEND VIR FAKTUUR</w:t>
            </w:r>
          </w:p>
        </w:tc>
      </w:tr>
      <w:tr w:rsidR="00AB1081" w:rsidRPr="001C1BC5" w14:paraId="7BC094C7" w14:textId="77777777" w:rsidTr="001C1BC5">
        <w:trPr>
          <w:trHeight w:hRule="exact" w:val="696"/>
        </w:trPr>
        <w:tc>
          <w:tcPr>
            <w:tcW w:w="2211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1CC4F22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Business trading as</w:t>
            </w:r>
            <w:r w:rsidRPr="001C1BC5">
              <w:rPr>
                <w:sz w:val="20"/>
                <w:szCs w:val="20"/>
              </w:rPr>
              <w:br/>
            </w:r>
            <w:proofErr w:type="spellStart"/>
            <w:r w:rsidRPr="001C1BC5">
              <w:rPr>
                <w:b/>
                <w:color w:val="000000"/>
                <w:sz w:val="20"/>
                <w:szCs w:val="20"/>
              </w:rPr>
              <w:t>Handeldrywend</w:t>
            </w:r>
            <w:proofErr w:type="spellEnd"/>
            <w:r w:rsidRPr="001C1BC5">
              <w:rPr>
                <w:b/>
                <w:color w:val="000000"/>
                <w:sz w:val="20"/>
                <w:szCs w:val="20"/>
              </w:rPr>
              <w:t xml:space="preserve"> as</w:t>
            </w:r>
          </w:p>
        </w:tc>
        <w:tc>
          <w:tcPr>
            <w:tcW w:w="6550" w:type="dxa"/>
            <w:gridSpan w:val="5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604A87E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19D3868E" w14:textId="77777777" w:rsidTr="001C1BC5">
        <w:trPr>
          <w:trHeight w:hRule="exact" w:val="692"/>
        </w:trPr>
        <w:tc>
          <w:tcPr>
            <w:tcW w:w="8761" w:type="dxa"/>
            <w:gridSpan w:val="7"/>
            <w:shd w:val="clear" w:color="auto" w:fill="D9D9D9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618A08A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t>MEMBERSHIP FEE STRUCTURE 2026 LEDEGELD STRUKTUUR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t xml:space="preserve">Farming </w:t>
            </w:r>
            <w:proofErr w:type="gramStart"/>
            <w:r w:rsidRPr="001C1BC5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t>Enterprises  |</w:t>
            </w:r>
            <w:proofErr w:type="gramEnd"/>
            <w:r w:rsidRPr="001C1BC5">
              <w:rPr>
                <w:rFonts w:ascii="Arial Narrow" w:eastAsia="Arial Narrow" w:hAnsi="Arial Narrow"/>
                <w:b/>
                <w:color w:val="000000"/>
                <w:sz w:val="20"/>
                <w:szCs w:val="20"/>
              </w:rPr>
              <w:t xml:space="preserve">  Boerdery Besighede</w:t>
            </w:r>
          </w:p>
        </w:tc>
      </w:tr>
      <w:tr w:rsidR="00AB1081" w:rsidRPr="001C1BC5" w14:paraId="261E696A" w14:textId="77777777" w:rsidTr="000D5649">
        <w:trPr>
          <w:trHeight w:hRule="exact" w:val="702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2DDC6CE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color w:val="000000"/>
                <w:sz w:val="20"/>
                <w:szCs w:val="20"/>
              </w:rPr>
              <w:t>Standard membership fees according to annual gross turnover of farming enterprise.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color w:val="000000"/>
                <w:sz w:val="20"/>
                <w:szCs w:val="20"/>
              </w:rPr>
              <w:t>Standaard ledegeld volgens bruto omset van boerdery per jaar.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120C924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>Membership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B51620"/>
                <w:sz w:val="20"/>
                <w:szCs w:val="20"/>
              </w:rPr>
              <w:t>Fees /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B51620"/>
                <w:sz w:val="20"/>
                <w:szCs w:val="20"/>
              </w:rPr>
              <w:t>Ledegeld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1D15108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>Indicate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B51620"/>
                <w:sz w:val="20"/>
                <w:szCs w:val="20"/>
              </w:rPr>
              <w:t>option /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B51620"/>
                <w:sz w:val="20"/>
                <w:szCs w:val="20"/>
              </w:rPr>
              <w:t>Merk keuse</w:t>
            </w:r>
          </w:p>
        </w:tc>
      </w:tr>
      <w:tr w:rsidR="00AB1081" w:rsidRPr="001C1BC5" w14:paraId="5C9D0622" w14:textId="77777777" w:rsidTr="000D5649">
        <w:trPr>
          <w:trHeight w:hRule="exact" w:val="825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7BEC240" w14:textId="77777777" w:rsidR="00AB1081" w:rsidRPr="001C1BC5" w:rsidRDefault="00000000" w:rsidP="001C1BC5">
            <w:pPr>
              <w:spacing w:after="0" w:line="211" w:lineRule="auto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>Corporate Farming Members / Korporatiewe Boerelid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Large Farming Enterprise / Groot Boerderyonderneming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i/>
                <w:color w:val="000000"/>
                <w:sz w:val="20"/>
                <w:szCs w:val="20"/>
              </w:rPr>
              <w:t>Turnover above / Omset bokant R 3 600 001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C2EFAAC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R   13 464,00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1538833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2240E7E5" w14:textId="77777777" w:rsidTr="001C1BC5">
        <w:trPr>
          <w:trHeight w:hRule="exact" w:val="1414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F013EFD" w14:textId="77777777" w:rsidR="00AB1081" w:rsidRPr="001C1BC5" w:rsidRDefault="00000000" w:rsidP="001C1BC5">
            <w:pPr>
              <w:spacing w:after="0" w:line="211" w:lineRule="auto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 xml:space="preserve">Category / </w:t>
            </w:r>
            <w:proofErr w:type="spellStart"/>
            <w:r w:rsidRPr="001C1BC5">
              <w:rPr>
                <w:b/>
                <w:color w:val="B51620"/>
                <w:sz w:val="20"/>
                <w:szCs w:val="20"/>
              </w:rPr>
              <w:t>Kategorie</w:t>
            </w:r>
            <w:proofErr w:type="spellEnd"/>
            <w:r w:rsidRPr="001C1BC5">
              <w:rPr>
                <w:b/>
                <w:color w:val="B51620"/>
                <w:sz w:val="20"/>
                <w:szCs w:val="20"/>
              </w:rPr>
              <w:t xml:space="preserve"> A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Medium Farming Enterprise / Medium Boerderyonderneming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i/>
                <w:color w:val="000000"/>
                <w:sz w:val="20"/>
                <w:szCs w:val="20"/>
              </w:rPr>
              <w:t>Turnover above and up to / Omset bokant R 1 000 000 tot en met R 3 600 000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DDA3452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R     3 446,00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7160168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64EDE006" w14:textId="77777777" w:rsidTr="001C1BC5">
        <w:trPr>
          <w:trHeight w:hRule="exact" w:val="1251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F0D126F" w14:textId="77777777" w:rsidR="00AB1081" w:rsidRPr="001C1BC5" w:rsidRDefault="00000000" w:rsidP="001C1BC5">
            <w:pPr>
              <w:spacing w:after="0" w:line="211" w:lineRule="auto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 xml:space="preserve">Category / </w:t>
            </w:r>
            <w:proofErr w:type="spellStart"/>
            <w:r w:rsidRPr="001C1BC5">
              <w:rPr>
                <w:b/>
                <w:color w:val="B51620"/>
                <w:sz w:val="20"/>
                <w:szCs w:val="20"/>
              </w:rPr>
              <w:t>Kategorie</w:t>
            </w:r>
            <w:proofErr w:type="spellEnd"/>
            <w:r w:rsidRPr="001C1BC5">
              <w:rPr>
                <w:b/>
                <w:color w:val="B51620"/>
                <w:sz w:val="20"/>
                <w:szCs w:val="20"/>
              </w:rPr>
              <w:t xml:space="preserve"> B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Small Farming Enterprise / Klein Boerderyonderneming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i/>
                <w:color w:val="000000"/>
                <w:sz w:val="20"/>
                <w:szCs w:val="20"/>
              </w:rPr>
              <w:t>Turnover up to / Omset tot en met R 1 000 000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38908CA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R     2 201,00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B22E667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78DF07D3" w14:textId="77777777" w:rsidTr="001C1BC5">
        <w:trPr>
          <w:trHeight w:hRule="exact" w:val="1269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4B82185" w14:textId="77777777" w:rsidR="00AB1081" w:rsidRPr="001C1BC5" w:rsidRDefault="00000000" w:rsidP="001C1BC5">
            <w:pPr>
              <w:spacing w:after="0" w:line="211" w:lineRule="auto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 xml:space="preserve">Friend of </w:t>
            </w:r>
            <w:proofErr w:type="spellStart"/>
            <w:r w:rsidRPr="001C1BC5">
              <w:rPr>
                <w:b/>
                <w:color w:val="B51620"/>
                <w:sz w:val="20"/>
                <w:szCs w:val="20"/>
              </w:rPr>
              <w:t>AgriCulture</w:t>
            </w:r>
            <w:proofErr w:type="spellEnd"/>
            <w:r w:rsidRPr="001C1BC5">
              <w:rPr>
                <w:b/>
                <w:color w:val="B51620"/>
                <w:sz w:val="20"/>
                <w:szCs w:val="20"/>
              </w:rPr>
              <w:t xml:space="preserve"> Gauteng / Vriend van AgriCulture Gauteng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For people not involved in active farming.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i/>
                <w:color w:val="000000"/>
                <w:sz w:val="20"/>
                <w:szCs w:val="20"/>
              </w:rPr>
              <w:t>Vir persone nie betrokke by aktiewe boerdery nie.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6EAAEE6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R     1 056,00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444A79D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1246B2A6" w14:textId="77777777" w:rsidTr="001C1BC5">
        <w:trPr>
          <w:trHeight w:hRule="exact" w:val="1386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F3C2908" w14:textId="77777777" w:rsidR="00AB1081" w:rsidRPr="001C1BC5" w:rsidRDefault="00000000" w:rsidP="001C1BC5">
            <w:pPr>
              <w:spacing w:after="0" w:line="211" w:lineRule="auto"/>
              <w:rPr>
                <w:sz w:val="20"/>
                <w:szCs w:val="20"/>
              </w:rPr>
            </w:pPr>
            <w:r w:rsidRPr="001C1BC5">
              <w:rPr>
                <w:b/>
                <w:color w:val="B51620"/>
                <w:sz w:val="20"/>
                <w:szCs w:val="20"/>
              </w:rPr>
              <w:t>Small scale farmers / Klein skaalboere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This category includes small scale-, urban- and cooperative farmers.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i/>
                <w:color w:val="000000"/>
                <w:sz w:val="20"/>
                <w:szCs w:val="20"/>
              </w:rPr>
              <w:t>Hierdie kategorie sluit kleinskaalse-, stedelike- en koöperatiewe boere in.</w:t>
            </w:r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1FEE9A7" w14:textId="77777777" w:rsidR="00AB1081" w:rsidRPr="001C1BC5" w:rsidRDefault="00000000" w:rsidP="001C1BC5">
            <w:pPr>
              <w:spacing w:after="0" w:line="216" w:lineRule="auto"/>
              <w:jc w:val="center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R        500,00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B568C07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419DC337" w14:textId="77777777" w:rsidTr="001C1BC5">
        <w:trPr>
          <w:trHeight w:hRule="exact" w:val="709"/>
        </w:trPr>
        <w:tc>
          <w:tcPr>
            <w:tcW w:w="5896" w:type="dxa"/>
            <w:gridSpan w:val="4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3D40566F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Signature</w:t>
            </w:r>
            <w:r w:rsidRPr="001C1BC5">
              <w:rPr>
                <w:sz w:val="20"/>
                <w:szCs w:val="20"/>
              </w:rPr>
              <w:br/>
            </w:r>
            <w:proofErr w:type="spellStart"/>
            <w:r w:rsidRPr="001C1BC5">
              <w:rPr>
                <w:b/>
                <w:color w:val="000000"/>
                <w:sz w:val="20"/>
                <w:szCs w:val="20"/>
              </w:rPr>
              <w:t>Handtekening</w:t>
            </w:r>
            <w:proofErr w:type="spellEnd"/>
          </w:p>
        </w:tc>
        <w:tc>
          <w:tcPr>
            <w:tcW w:w="1434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840A8C7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Date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1431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397CCF0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7FDE8397" w14:textId="77777777" w:rsidTr="001C1BC5">
        <w:trPr>
          <w:trHeight w:hRule="exact" w:val="465"/>
        </w:trPr>
        <w:tc>
          <w:tcPr>
            <w:tcW w:w="5045" w:type="dxa"/>
            <w:gridSpan w:val="3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C56FF61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FFFFFF"/>
                <w:sz w:val="20"/>
                <w:szCs w:val="20"/>
              </w:rPr>
              <w:t>Section 3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FFFFFF"/>
                <w:sz w:val="20"/>
                <w:szCs w:val="20"/>
              </w:rPr>
              <w:t>APPLICATION FOR NEW MEMBERSHIP</w:t>
            </w:r>
          </w:p>
        </w:tc>
        <w:tc>
          <w:tcPr>
            <w:tcW w:w="3716" w:type="dxa"/>
            <w:gridSpan w:val="4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0900362" w14:textId="77777777" w:rsidR="00AB1081" w:rsidRPr="001C1BC5" w:rsidRDefault="00000000" w:rsidP="001C1BC5">
            <w:pPr>
              <w:spacing w:after="0" w:line="216" w:lineRule="auto"/>
              <w:jc w:val="right"/>
              <w:rPr>
                <w:sz w:val="20"/>
                <w:szCs w:val="20"/>
              </w:rPr>
            </w:pPr>
            <w:r w:rsidRPr="001C1BC5">
              <w:rPr>
                <w:b/>
                <w:color w:val="FFFFFF"/>
                <w:sz w:val="20"/>
                <w:szCs w:val="20"/>
              </w:rPr>
              <w:t>Afdeling 3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FFFFFF"/>
                <w:sz w:val="20"/>
                <w:szCs w:val="20"/>
              </w:rPr>
              <w:t>AANSOEK OM NUWE LIDMAATSKAP</w:t>
            </w:r>
          </w:p>
        </w:tc>
      </w:tr>
      <w:tr w:rsidR="00AB1081" w:rsidRPr="001C1BC5" w14:paraId="563FE79D" w14:textId="77777777" w:rsidTr="001C1BC5">
        <w:trPr>
          <w:trHeight w:hRule="exact" w:val="522"/>
        </w:trPr>
        <w:tc>
          <w:tcPr>
            <w:tcW w:w="2097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166B3284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i/>
                <w:color w:val="000000"/>
                <w:sz w:val="20"/>
                <w:szCs w:val="20"/>
              </w:rPr>
              <w:t>Membership Number / Lidnommer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i/>
                <w:color w:val="000000"/>
                <w:sz w:val="20"/>
                <w:szCs w:val="20"/>
              </w:rPr>
              <w:t>(For office use only / Slegs vir kantoorgebruik)</w:t>
            </w:r>
          </w:p>
        </w:tc>
        <w:tc>
          <w:tcPr>
            <w:tcW w:w="6664" w:type="dxa"/>
            <w:gridSpan w:val="6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97DB2C5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  <w:tr w:rsidR="00AB1081" w:rsidRPr="001C1BC5" w14:paraId="1B992AD8" w14:textId="77777777" w:rsidTr="001C1BC5">
        <w:trPr>
          <w:trHeight w:hRule="exact" w:val="215"/>
        </w:trPr>
        <w:tc>
          <w:tcPr>
            <w:tcW w:w="8761" w:type="dxa"/>
            <w:gridSpan w:val="7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6CA546C7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Undertaken by member / Onderneem deur aansoeker:</w:t>
            </w:r>
          </w:p>
        </w:tc>
      </w:tr>
      <w:tr w:rsidR="00AB1081" w:rsidRPr="001C1BC5" w14:paraId="42096930" w14:textId="77777777" w:rsidTr="001C1BC5">
        <w:trPr>
          <w:trHeight w:hRule="exact" w:val="879"/>
        </w:trPr>
        <w:tc>
          <w:tcPr>
            <w:tcW w:w="8761" w:type="dxa"/>
            <w:gridSpan w:val="7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5E0D5F2F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color w:val="000000"/>
                <w:sz w:val="20"/>
                <w:szCs w:val="20"/>
              </w:rPr>
              <w:t>I, the undersigned, hereby apply for membership of AgriCulture Gauteng and undertake to pay the prescribed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color w:val="000000"/>
                <w:sz w:val="20"/>
                <w:szCs w:val="20"/>
              </w:rPr>
              <w:t>membership fees. I undertake to abide by the constitutions of AgriCulture Gauteng.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color w:val="000000"/>
                <w:sz w:val="20"/>
                <w:szCs w:val="20"/>
              </w:rPr>
              <w:t>Ek, die ondergetekende, doen hiermee aansoek om lidmaatskap van AgriCulture Gauteng en onderneem om die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color w:val="000000"/>
                <w:sz w:val="20"/>
                <w:szCs w:val="20"/>
              </w:rPr>
              <w:t>voorgeskrewe ledegeld te betaal. Ek onderneem om my verder by die grondwet te bepaal van AgriCulture Gauteng.</w:t>
            </w:r>
          </w:p>
        </w:tc>
      </w:tr>
      <w:tr w:rsidR="00AB1081" w:rsidRPr="001C1BC5" w14:paraId="4237720C" w14:textId="77777777" w:rsidTr="001C1BC5">
        <w:trPr>
          <w:trHeight w:hRule="exact" w:val="567"/>
        </w:trPr>
        <w:tc>
          <w:tcPr>
            <w:tcW w:w="2097" w:type="dxa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7E152B7A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Signature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Handtekening</w:t>
            </w:r>
          </w:p>
        </w:tc>
        <w:tc>
          <w:tcPr>
            <w:tcW w:w="2948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0D31EDBF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4F7A669E" w14:textId="77777777" w:rsidR="00AB1081" w:rsidRPr="001C1BC5" w:rsidRDefault="00000000" w:rsidP="001C1BC5">
            <w:pPr>
              <w:spacing w:after="0" w:line="216" w:lineRule="auto"/>
              <w:rPr>
                <w:sz w:val="20"/>
                <w:szCs w:val="20"/>
              </w:rPr>
            </w:pPr>
            <w:r w:rsidRPr="001C1BC5">
              <w:rPr>
                <w:b/>
                <w:color w:val="000000"/>
                <w:sz w:val="20"/>
                <w:szCs w:val="20"/>
              </w:rPr>
              <w:t>Date</w:t>
            </w:r>
            <w:r w:rsidRPr="001C1BC5">
              <w:rPr>
                <w:sz w:val="20"/>
                <w:szCs w:val="20"/>
              </w:rPr>
              <w:br/>
            </w:r>
            <w:r w:rsidRPr="001C1BC5">
              <w:rPr>
                <w:b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2639" w:type="dxa"/>
            <w:gridSpan w:val="2"/>
            <w:tcMar>
              <w:top w:w="17" w:type="dxa"/>
              <w:left w:w="45" w:type="dxa"/>
              <w:bottom w:w="17" w:type="dxa"/>
              <w:right w:w="45" w:type="dxa"/>
            </w:tcMar>
            <w:vAlign w:val="center"/>
          </w:tcPr>
          <w:p w14:paraId="25BF9803" w14:textId="77777777" w:rsidR="00AB1081" w:rsidRPr="001C1BC5" w:rsidRDefault="00AB1081" w:rsidP="001C1BC5">
            <w:pPr>
              <w:spacing w:after="0" w:line="216" w:lineRule="auto"/>
              <w:rPr>
                <w:sz w:val="20"/>
                <w:szCs w:val="20"/>
              </w:rPr>
            </w:pPr>
          </w:p>
        </w:tc>
      </w:tr>
    </w:tbl>
    <w:p w14:paraId="641F10B9" w14:textId="34094213" w:rsidR="00AB1081" w:rsidRDefault="00000000">
      <w:pPr>
        <w:spacing w:before="200" w:after="20"/>
        <w:jc w:val="center"/>
      </w:pPr>
      <w:proofErr w:type="spellStart"/>
      <w:r>
        <w:rPr>
          <w:color w:val="000000"/>
          <w:sz w:val="13"/>
        </w:rPr>
        <w:t>AgriCulture</w:t>
      </w:r>
      <w:proofErr w:type="spellEnd"/>
      <w:r>
        <w:rPr>
          <w:color w:val="000000"/>
          <w:sz w:val="13"/>
        </w:rPr>
        <w:t xml:space="preserve"> Gauteng  </w:t>
      </w:r>
    </w:p>
    <w:p w14:paraId="16D1654C" w14:textId="3A95B8C0" w:rsidR="00AB1081" w:rsidRDefault="00000000">
      <w:pPr>
        <w:spacing w:after="20"/>
        <w:jc w:val="center"/>
      </w:pPr>
      <w:r>
        <w:rPr>
          <w:b/>
          <w:color w:val="000000"/>
          <w:sz w:val="13"/>
        </w:rPr>
        <w:t>Tel:  08</w:t>
      </w:r>
      <w:r w:rsidR="00232B5B">
        <w:rPr>
          <w:b/>
          <w:color w:val="000000"/>
          <w:sz w:val="13"/>
        </w:rPr>
        <w:t xml:space="preserve">2 929 </w:t>
      </w:r>
      <w:proofErr w:type="gramStart"/>
      <w:r w:rsidR="00232B5B">
        <w:rPr>
          <w:b/>
          <w:color w:val="000000"/>
          <w:sz w:val="13"/>
        </w:rPr>
        <w:t>7634</w:t>
      </w:r>
      <w:r>
        <w:rPr>
          <w:b/>
          <w:color w:val="000000"/>
          <w:sz w:val="13"/>
        </w:rPr>
        <w:t xml:space="preserve">  Email</w:t>
      </w:r>
      <w:proofErr w:type="gramEnd"/>
      <w:r>
        <w:rPr>
          <w:b/>
          <w:color w:val="000000"/>
          <w:sz w:val="13"/>
        </w:rPr>
        <w:t xml:space="preserve">:  </w:t>
      </w:r>
      <w:r w:rsidR="00232B5B">
        <w:rPr>
          <w:b/>
          <w:color w:val="000000"/>
          <w:sz w:val="13"/>
        </w:rPr>
        <w:t>dr.dalene@agriculturegauteng</w:t>
      </w:r>
      <w:r w:rsidR="001C1BC5">
        <w:rPr>
          <w:b/>
          <w:color w:val="000000"/>
          <w:sz w:val="13"/>
        </w:rPr>
        <w:t>.co.za</w:t>
      </w:r>
    </w:p>
    <w:p w14:paraId="7A27D126" w14:textId="77777777" w:rsidR="00AB1081" w:rsidRDefault="00000000">
      <w:pPr>
        <w:spacing w:after="400"/>
        <w:jc w:val="center"/>
      </w:pPr>
      <w:r>
        <w:rPr>
          <w:b/>
          <w:color w:val="B51620"/>
        </w:rPr>
        <w:t>www.agrigauteng.org</w:t>
      </w:r>
    </w:p>
    <w:tbl>
      <w:tblPr>
        <w:tblW w:w="0" w:type="auto"/>
        <w:jc w:val="center"/>
        <w:tblBorders>
          <w:top w:val="single" w:sz="8" w:space="0" w:color="B51620"/>
          <w:left w:val="single" w:sz="8" w:space="0" w:color="B51620"/>
          <w:bottom w:val="single" w:sz="8" w:space="0" w:color="B51620"/>
          <w:right w:val="single" w:sz="8" w:space="0" w:color="B51620"/>
          <w:insideH w:val="single" w:sz="8" w:space="0" w:color="B51620"/>
          <w:insideV w:val="single" w:sz="8" w:space="0" w:color="B51620"/>
        </w:tblBorders>
        <w:tblLayout w:type="fixed"/>
        <w:tblLook w:val="04A0" w:firstRow="1" w:lastRow="0" w:firstColumn="1" w:lastColumn="0" w:noHBand="0" w:noVBand="1"/>
      </w:tblPr>
      <w:tblGrid>
        <w:gridCol w:w="311"/>
      </w:tblGrid>
      <w:tr w:rsidR="00AB1081" w14:paraId="737AF0FD" w14:textId="77777777">
        <w:trPr>
          <w:jc w:val="center"/>
        </w:trPr>
        <w:tc>
          <w:tcPr>
            <w:tcW w:w="311" w:type="dxa"/>
            <w:shd w:val="clear" w:color="auto" w:fill="B51620"/>
            <w:tcMar>
              <w:top w:w="17" w:type="dxa"/>
              <w:left w:w="45" w:type="dxa"/>
              <w:bottom w:w="17" w:type="dxa"/>
              <w:right w:w="45" w:type="dxa"/>
            </w:tcMar>
          </w:tcPr>
          <w:p w14:paraId="648F9604" w14:textId="77777777" w:rsidR="00AB1081" w:rsidRDefault="00000000">
            <w:pPr>
              <w:spacing w:after="0" w:line="216" w:lineRule="auto"/>
              <w:jc w:val="center"/>
            </w:pPr>
            <w:r>
              <w:rPr>
                <w:b/>
                <w:color w:val="FFFFFF"/>
                <w:sz w:val="14"/>
              </w:rPr>
              <w:t>2</w:t>
            </w:r>
          </w:p>
        </w:tc>
      </w:tr>
    </w:tbl>
    <w:p w14:paraId="4E7C1C6F" w14:textId="77777777" w:rsidR="001E21FC" w:rsidRDefault="001E21FC"/>
    <w:sectPr w:rsidR="001E21FC" w:rsidSect="00034616">
      <w:pgSz w:w="11906" w:h="16838"/>
      <w:pgMar w:top="1899" w:right="1814" w:bottom="567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6253148">
    <w:abstractNumId w:val="8"/>
  </w:num>
  <w:num w:numId="2" w16cid:durableId="435709335">
    <w:abstractNumId w:val="6"/>
  </w:num>
  <w:num w:numId="3" w16cid:durableId="1082072262">
    <w:abstractNumId w:val="5"/>
  </w:num>
  <w:num w:numId="4" w16cid:durableId="868685432">
    <w:abstractNumId w:val="4"/>
  </w:num>
  <w:num w:numId="5" w16cid:durableId="702947368">
    <w:abstractNumId w:val="7"/>
  </w:num>
  <w:num w:numId="6" w16cid:durableId="904073956">
    <w:abstractNumId w:val="3"/>
  </w:num>
  <w:num w:numId="7" w16cid:durableId="862131011">
    <w:abstractNumId w:val="2"/>
  </w:num>
  <w:num w:numId="8" w16cid:durableId="1358894329">
    <w:abstractNumId w:val="1"/>
  </w:num>
  <w:num w:numId="9" w16cid:durableId="296687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5649"/>
    <w:rsid w:val="0015074B"/>
    <w:rsid w:val="001C1BC5"/>
    <w:rsid w:val="001E21FC"/>
    <w:rsid w:val="00232B5B"/>
    <w:rsid w:val="0029639D"/>
    <w:rsid w:val="00326F90"/>
    <w:rsid w:val="004C7778"/>
    <w:rsid w:val="00AA1D8D"/>
    <w:rsid w:val="00AB108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E03D3C2"/>
  <w14:defaultImageDpi w14:val="300"/>
  <w15:docId w15:val="{E66C1A5C-1EFF-A648-BFC3-106606C5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Dalene Louw</cp:lastModifiedBy>
  <cp:revision>2</cp:revision>
  <cp:lastPrinted>2026-05-12T17:33:00Z</cp:lastPrinted>
  <dcterms:created xsi:type="dcterms:W3CDTF">2026-05-12T17:55:00Z</dcterms:created>
  <dcterms:modified xsi:type="dcterms:W3CDTF">2026-05-12T17:55:00Z</dcterms:modified>
  <cp:category/>
</cp:coreProperties>
</file>